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קבוצות – דף קבוצה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לפתור חידות בשיתוף פעולה, להסביר משחקי מילים ולנהל ניקוד.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https://makom-baaretz-chidot.sites.tab.bot/kvutzot.html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להקרין את משחק הקבוצות מהאתר ולתת לכל קבוצה את הדף לרישום.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בונוס על הסבר מחזק את ההבנה הלשונית.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סבבי 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כרמיאל – כרם (גפנים וענבים) + האותיות י־אל. מילה אחת + תוספת אותיות.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יונה – כפר + יונה.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נוף הגליל – נוף + ה + גליל (צורה של גליל, כמו גליל נייר). "גליל" הוא גם שם האזור!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נשר – נשר – תמונה אחת, מילה אחת!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איך פותרים יחד?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אומרים בקול מה רואים בכל תמונה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את המשבצות – כמה מילים וכמה 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מחברים את החלקים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בודקים: יש יישוב כזה? אם לא – מחפשים מילה אחרת לתמונה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בנה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תל + אביב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חדר + 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קריה + 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לוח ניקוד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הניקוד בכיתה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👥 משחק קבוצות – דף קבוצה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עובדים בקבוצה. כל אחד אומר רעיון.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center · центр · መሃል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south · юг · ደቡብ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 · карта · ካርታ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team, group · команда · ቡድን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points · очки · ነጥቦች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 · объяснение · ማብራሪያ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סבבי 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כל קבוצה פותרת יחד. כתבו את התשובה, ואם אתם יכולים – גם את ההסבר (נקודת בונוס).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שם הקבוצה: ____________________   חברי הקבוצה: 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88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88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1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איך פותרים יחד?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(1–4).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מחברים את החלקים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אומרים בקול מה רואים בכל תמונה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את המשבצות – כמה מילים וכמה 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בודקים: יש יישוב כזה? אם לא – מחפשים מילה אחרת לתמונה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בנה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החלקים שמרכיבים את שם המקום.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בנויה החידה של "תל אביב"?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תל + אביב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כפר + יונה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ער + 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בנויה החידה של "חדרה"?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בית + 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חדר + 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נשר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איך בנויה החידה של "קריית ים"?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קריה + 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גבעות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תל + אביב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לוח ניקוד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2 נקודות לתשובה נכונה, נקודה לבונוס.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סבב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קבוצה 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קבוצה 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קבוצה 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קבוצה 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סה״כ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</w:tbl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עזר לקבוצה שלנו לפתור?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תפקיד שלקחתי בקבוצה: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קבוצות – דף קבוצה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