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משחק קבוצות – דף קבוצה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🎯 מטרה: לפתור חידות בשיתוף פעולה, להסביר משחקי מילים ולנהל ניקוד.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👥 מסלול: חנ״מ · כל השכבות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🔗 הפעילות באתר: https://makom-baaretz-chidot.sites.tab.bot/kvutzot.html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אפשר להקרין את משחק הקבוצות מהאתר ולתת לכל קבוצה את הדף לרישום.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בונוס על הסבר מחזק את ההבנה הלשונית.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העובדות על המקומות לקוחות מתוך האתר עצמו (כרטיס "הידעתם?" של כל חידה). כל המקומות בתוך הקו הירוק.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לוודא: באתר כל עובדות "הידעתם?" מסומנות לבדיקה – כדאי לעבור עליהן לפני השיעור.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בגרסה זו: פחות פריטים, בנק מילים, אותיות גדולות. אפשר להקריא כל שאלה בקול.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אין צורך במגבלת זמן; מומלץ לעבוד חלק אחר חלק.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סבבי חידות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ראש העין – ראש + ה + עין. "עין" היא גם מעיין – ואכן, ליד העיר נובעים מעיינות הירקון.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נשר – נשר – תמונה אחת, מילה אחת!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עין גדי – עין (גם: מעיין) + גדי (גור של עז). בשמורה באמת חיים יעלים!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תל אביב – תל (גבעה עתיקה) + אביב (העונה הפורחת).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איך פותרים יחד?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אומרים בקול מה רואים בכל תמונה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סופרים את המשבצות – כמה מילים וכמה אותיות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מחברים את החלקים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בודקים: יש יישוב כזה? אם לא – מחפשים מילה אחרת לתמונה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מי בנה נכון?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 – באר + 7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גן + נר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לוח ניקוד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לפי הניקוד בכיתה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👥 משחק קבוצות – דף קבוצה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דף אחד לכל קבוצה. עובדים יחד, מקשיבים לכל רעיון.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ראש העין  |  עין גדי  |  תל אביב  |  נשר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סבבי חידות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כל קבוצה פותרת יחד. כתבו את התשובה, ואם אתם יכולים – גם את ההסבר (נקודת בונוס).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שם הקבוצה: ____________________   חברי הקבוצה: ______________________________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1.</w:t>
            </w:r>
          </w:p>
          <w:p>
            <w:pPr>
              <w:bidi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2592000" cy="873818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-20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2000" cy="87381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30"/>
                <w:rtl/>
                <w:szCs w:val="30"/>
              </w:rPr>
              <w:t>התשובה: ▢▢▢   ▢▢▢▢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⭐ בונוס – הסבירו את משחק המילים: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______________________________________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2.</w:t>
            </w:r>
          </w:p>
          <w:p>
            <w:pPr>
              <w:bidi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2592000" cy="2513455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-41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2000" cy="251345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30"/>
                <w:rtl/>
                <w:szCs w:val="30"/>
              </w:rPr>
              <w:t>התשובה: ▢▢▢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⭐ בונוס – הסבירו את משחק המילים: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______________________________________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3.</w:t>
            </w:r>
          </w:p>
          <w:p>
            <w:pPr>
              <w:bidi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2592000" cy="1212545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-21.jp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2000" cy="121254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30"/>
                <w:rtl/>
                <w:szCs w:val="30"/>
              </w:rPr>
              <w:t>התשובה: ▢▢▢   ▢▢▢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⭐ בונוס – הסבירו את משחק המילים: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______________________________________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4.</w:t>
            </w:r>
          </w:p>
          <w:p>
            <w:pPr>
              <w:bidi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2592000" cy="1212545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-5.jp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2000" cy="121254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30"/>
                <w:rtl/>
                <w:szCs w:val="30"/>
              </w:rPr>
              <w:t>התשובה: ▢▢   ▢▢▢▢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⭐ בונוס – הסבירו את משחק המילים: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______________________________________</w:t>
            </w:r>
          </w:p>
        </w:tc>
      </w:tr>
    </w:tbl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איך פותרים יחד?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מספרו את השלבים לפי הסדר הנכון (1–4).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מספר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שלב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בודקים: יש יישוב כזה? אם לא – מחפשים מילה אחרת לתמונה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אומרים בקול מה רואים בכל תמונה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מחברים את החלקים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סופרים את המשבצות – כמה מילים וכמה אותיות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מי בנה נכון?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הקיפו את החלקים שמרכיבים את שם המקום.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1. איך בנויה החידה של "באר שבע"?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כנר + 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באר + 7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גבעות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2. איך בנויה החידה של "גן נר"?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גן + נר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תל + אביב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יבנה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לוח ניקוד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2 נקודות לתשובה נכונה, נקודה לבונוס.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סבב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קבוצה 1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קבוצה 2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קבוצה 3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קבוצה 4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1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 xml:space="preserve"> 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 xml:space="preserve"> 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 xml:space="preserve"> 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 xml:space="preserve"> 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2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 xml:space="preserve"> 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 xml:space="preserve"> 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 xml:space="preserve"> 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 xml:space="preserve"> 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3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 xml:space="preserve"> 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 xml:space="preserve"> 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 xml:space="preserve"> 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 xml:space="preserve"> 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4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 xml:space="preserve"> 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 xml:space="preserve"> 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 xml:space="preserve"> 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 xml:space="preserve"> 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סה״כ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 xml:space="preserve"> 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 xml:space="preserve"> 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 xml:space="preserve"> 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 xml:space="preserve"> </w:t>
            </w:r>
          </w:p>
        </w:tc>
      </w:tr>
    </w:tbl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מה עזר לקבוצה שלנו לפתור?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תפקיד שלקחתי בקבוצה: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איך הרגשתי?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משחק קבוצות – דף קבוצה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